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5B6E" w14:textId="77777777" w:rsidR="0085573A" w:rsidRPr="00AF164A" w:rsidRDefault="00000000">
      <w:pPr>
        <w:spacing w:after="240"/>
        <w:jc w:val="center"/>
        <w:rPr>
          <w:lang w:val="hr-HR"/>
        </w:rPr>
      </w:pPr>
      <w:r w:rsidRPr="00AF164A">
        <w:rPr>
          <w:b/>
          <w:lang w:val="hr-HR"/>
        </w:rPr>
        <w:t>REPUBLIKA HRVATSKA</w:t>
      </w:r>
      <w:r w:rsidRPr="00AF164A">
        <w:rPr>
          <w:b/>
          <w:lang w:val="hr-HR"/>
        </w:rPr>
        <w:br/>
        <w:t>SPLITSKO-DALMATINSKA ŽUPANIJA</w:t>
      </w:r>
      <w:r w:rsidRPr="00AF164A">
        <w:rPr>
          <w:b/>
          <w:lang w:val="hr-HR"/>
        </w:rPr>
        <w:br/>
        <w:t>GRAD SUPETAR</w:t>
      </w:r>
    </w:p>
    <w:p w14:paraId="658E30B9" w14:textId="77777777" w:rsidR="0085573A" w:rsidRPr="00AF164A" w:rsidRDefault="00000000">
      <w:pPr>
        <w:pStyle w:val="Pozivnaslov"/>
        <w:rPr>
          <w:lang w:val="hr-HR"/>
        </w:rPr>
      </w:pPr>
      <w:r w:rsidRPr="00AF164A">
        <w:rPr>
          <w:lang w:val="hr-HR"/>
        </w:rPr>
        <w:t>JAVNI POZIV ZA SUDJELOVANJE U ANKETI O ZAINTERESIRANOSTI ZA RJEŠAVANJE STAMBENOG PITANJA KROZ PROGRAM PRIUŠTIVOG STANOVANJA</w:t>
      </w:r>
    </w:p>
    <w:p w14:paraId="1AF01807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Grad Supetar provodi anketu radi utvrđivanja stvarnih potreba i interesa građana za rješavanje stambenog pitanja kroz program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stanovanja, prvenstveno putem višegodišnjeg najma stanova po </w:t>
      </w:r>
      <w:proofErr w:type="spellStart"/>
      <w:r w:rsidRPr="00AF164A">
        <w:rPr>
          <w:lang w:val="hr-HR"/>
        </w:rPr>
        <w:t>priuštivim</w:t>
      </w:r>
      <w:proofErr w:type="spellEnd"/>
      <w:r w:rsidRPr="00AF164A">
        <w:rPr>
          <w:lang w:val="hr-HR"/>
        </w:rPr>
        <w:t xml:space="preserve"> uvjetima.</w:t>
      </w:r>
    </w:p>
    <w:p w14:paraId="07D690D3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Rezultati ankete koristit će se za detaljniju procjenu stambenih potreba na području Grada Supetra, utvrđivanje strukture potencijalnih korisnika te planiranje broja, veličine i strukture budućih stambenih jedinica u okviru programa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stanovanja.</w:t>
      </w:r>
    </w:p>
    <w:p w14:paraId="4D7E9EAE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Grad Supetar je, sukladno članku 99. stavku 2. Zakona o </w:t>
      </w:r>
      <w:proofErr w:type="spellStart"/>
      <w:r w:rsidRPr="00AF164A">
        <w:rPr>
          <w:lang w:val="hr-HR"/>
        </w:rPr>
        <w:t>priuštivom</w:t>
      </w:r>
      <w:proofErr w:type="spellEnd"/>
      <w:r w:rsidRPr="00AF164A">
        <w:rPr>
          <w:lang w:val="hr-HR"/>
        </w:rPr>
        <w:t xml:space="preserve"> stanovanju (NN 45/2026) i Uputi Ministarstva prostornoga uređenja, graditeljstva i državne imovine za izradu iskaza potreba za </w:t>
      </w:r>
      <w:proofErr w:type="spellStart"/>
      <w:r w:rsidRPr="00AF164A">
        <w:rPr>
          <w:lang w:val="hr-HR"/>
        </w:rPr>
        <w:t>priuštivim</w:t>
      </w:r>
      <w:proofErr w:type="spellEnd"/>
      <w:r w:rsidRPr="00AF164A">
        <w:rPr>
          <w:lang w:val="hr-HR"/>
        </w:rPr>
        <w:t xml:space="preserve"> stanovanjem, izradio i nadležnim tijelima dostavio Elaborat iskaza potreba za </w:t>
      </w:r>
      <w:proofErr w:type="spellStart"/>
      <w:r w:rsidRPr="00AF164A">
        <w:rPr>
          <w:lang w:val="hr-HR"/>
        </w:rPr>
        <w:t>priuštivo</w:t>
      </w:r>
      <w:proofErr w:type="spellEnd"/>
      <w:r w:rsidRPr="00AF164A">
        <w:rPr>
          <w:lang w:val="hr-HR"/>
        </w:rPr>
        <w:t xml:space="preserve"> stanovanje na području Grada Supetra za 2027. godinu.</w:t>
      </w:r>
    </w:p>
    <w:p w14:paraId="0D9A639D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U Elaboratu je, između ostaloga, kao jedna od prioritetnih ciljanih skupina prepoznat deficitarni stručni kadar, osobito zdravstveni djelatnici i medicinsko osoblje, s ciljem stvaranja uvjeta za njihovo stanovanje, doseljavanje i dugoročan rad na području Grada Supetra. Provođenjem ove ankete Grad želi dodatno utvrditi potrebe svih zainteresiranih građana i drugih potencijalnih korisnika programa te, na temelju prikupljenih podataka, preciznije definirati buduće prioritete i modele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6"/>
      </w:tblGrid>
      <w:tr w:rsidR="0085573A" w:rsidRPr="00024830" w14:paraId="5DCCC4EA" w14:textId="77777777">
        <w:trPr>
          <w:jc w:val="center"/>
        </w:trPr>
        <w:tc>
          <w:tcPr>
            <w:tcW w:w="9866" w:type="dxa"/>
            <w:shd w:val="clear" w:color="auto" w:fill="F2F6F9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76EC2ECF" w14:textId="77777777" w:rsidR="0085573A" w:rsidRPr="00AF164A" w:rsidRDefault="00000000">
            <w:pPr>
              <w:jc w:val="both"/>
              <w:rPr>
                <w:lang w:val="hr-HR"/>
              </w:rPr>
            </w:pPr>
            <w:r w:rsidRPr="00AF164A">
              <w:rPr>
                <w:b/>
                <w:color w:val="1F4E79"/>
                <w:lang w:val="hr-HR"/>
              </w:rPr>
              <w:t xml:space="preserve">Važno: </w:t>
            </w:r>
            <w:r w:rsidRPr="00AF164A">
              <w:rPr>
                <w:lang w:val="hr-HR"/>
              </w:rPr>
              <w:t xml:space="preserve">Ispunjavanje ankete ne predstavlja prijavu za dodjelu stana niti stvara bilo kakvo pravo ili obvezu sudjelovanja u budućem programu </w:t>
            </w:r>
            <w:proofErr w:type="spellStart"/>
            <w:r w:rsidRPr="00AF164A">
              <w:rPr>
                <w:lang w:val="hr-HR"/>
              </w:rPr>
              <w:t>priuštivog</w:t>
            </w:r>
            <w:proofErr w:type="spellEnd"/>
            <w:r w:rsidRPr="00AF164A">
              <w:rPr>
                <w:lang w:val="hr-HR"/>
              </w:rPr>
              <w:t xml:space="preserve"> stanovanja. Anketa je isključivo informativnog karaktera i služi za potrebe planiranja budućih aktivnosti Grada Supetra.</w:t>
            </w:r>
          </w:p>
        </w:tc>
      </w:tr>
    </w:tbl>
    <w:p w14:paraId="13AB3FD1" w14:textId="77777777" w:rsidR="0085573A" w:rsidRPr="00AF164A" w:rsidRDefault="0085573A">
      <w:pPr>
        <w:rPr>
          <w:lang w:val="hr-HR"/>
        </w:rPr>
      </w:pPr>
    </w:p>
    <w:p w14:paraId="2BBC039A" w14:textId="77777777" w:rsidR="0085573A" w:rsidRPr="00AF164A" w:rsidRDefault="00000000">
      <w:pPr>
        <w:jc w:val="center"/>
        <w:rPr>
          <w:lang w:val="hr-HR"/>
        </w:rPr>
      </w:pPr>
      <w:r w:rsidRPr="00AF164A">
        <w:rPr>
          <w:b/>
          <w:lang w:val="hr-HR"/>
        </w:rPr>
        <w:t>Anketa je anonimna, a prikupljeni podaci analizirat će se i prikazivati isključivo zbirno.</w:t>
      </w:r>
    </w:p>
    <w:p w14:paraId="66E2FA24" w14:textId="18952977" w:rsidR="0085573A" w:rsidRPr="00AF164A" w:rsidRDefault="00000000">
      <w:pPr>
        <w:jc w:val="center"/>
        <w:rPr>
          <w:lang w:val="hr-HR"/>
        </w:rPr>
      </w:pPr>
      <w:r w:rsidRPr="00AF164A">
        <w:rPr>
          <w:b/>
          <w:color w:val="1F4E79"/>
          <w:sz w:val="22"/>
          <w:lang w:val="hr-HR"/>
        </w:rPr>
        <w:t xml:space="preserve">Anketni upitnik može se ispuniti i predati do </w:t>
      </w:r>
      <w:r w:rsidR="00AF164A">
        <w:rPr>
          <w:b/>
          <w:color w:val="1F4E79"/>
          <w:sz w:val="22"/>
          <w:lang w:val="hr-HR"/>
        </w:rPr>
        <w:t>7</w:t>
      </w:r>
      <w:r w:rsidRPr="00AF164A">
        <w:rPr>
          <w:b/>
          <w:color w:val="1F4E79"/>
          <w:sz w:val="22"/>
          <w:lang w:val="hr-HR"/>
        </w:rPr>
        <w:t>. listopada 2026. godine.</w:t>
      </w:r>
    </w:p>
    <w:p w14:paraId="2CA3370F" w14:textId="77777777" w:rsidR="0085573A" w:rsidRPr="00AF164A" w:rsidRDefault="00000000">
      <w:pPr>
        <w:rPr>
          <w:lang w:val="hr-HR"/>
        </w:rPr>
      </w:pPr>
      <w:r w:rsidRPr="00AF164A">
        <w:rPr>
          <w:lang w:val="hr-HR"/>
        </w:rPr>
        <w:br w:type="page"/>
      </w:r>
    </w:p>
    <w:p w14:paraId="0C83F738" w14:textId="77777777" w:rsidR="0085573A" w:rsidRPr="00AF164A" w:rsidRDefault="00000000">
      <w:pPr>
        <w:pStyle w:val="Pozivnaslov"/>
        <w:rPr>
          <w:lang w:val="hr-HR"/>
        </w:rPr>
      </w:pPr>
      <w:r w:rsidRPr="00AF164A">
        <w:rPr>
          <w:lang w:val="hr-HR"/>
        </w:rPr>
        <w:lastRenderedPageBreak/>
        <w:t>ANKETNI UPITNIK O RJEŠAVANJU STAMBENOG PITANJA PUTEM PROGRAMA PRIUŠTIVOG STANOVANJA</w:t>
      </w:r>
    </w:p>
    <w:p w14:paraId="3DAFDEBC" w14:textId="77777777" w:rsidR="0085573A" w:rsidRPr="00AF164A" w:rsidRDefault="00000000">
      <w:pPr>
        <w:jc w:val="center"/>
        <w:rPr>
          <w:lang w:val="hr-HR"/>
        </w:rPr>
      </w:pPr>
      <w:r w:rsidRPr="00AF164A">
        <w:rPr>
          <w:i/>
          <w:sz w:val="19"/>
          <w:lang w:val="hr-HR"/>
        </w:rPr>
        <w:t>Molimo označite jedan odgovor, osim ako je uz pitanje navedeno drugačije.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6"/>
      </w:tblGrid>
      <w:tr w:rsidR="0085573A" w:rsidRPr="00AF164A" w14:paraId="75EFE25E" w14:textId="77777777">
        <w:trPr>
          <w:jc w:val="center"/>
        </w:trPr>
        <w:tc>
          <w:tcPr>
            <w:tcW w:w="9866" w:type="dxa"/>
            <w:shd w:val="clear" w:color="auto" w:fill="D9EA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F009F67" w14:textId="77777777" w:rsidR="0085573A" w:rsidRPr="00AF164A" w:rsidRDefault="00000000">
            <w:pPr>
              <w:rPr>
                <w:lang w:val="hr-HR"/>
              </w:rPr>
            </w:pPr>
            <w:r w:rsidRPr="00AF164A">
              <w:rPr>
                <w:b/>
                <w:color w:val="1F4E79"/>
                <w:sz w:val="22"/>
                <w:lang w:val="hr-HR"/>
              </w:rPr>
              <w:t>A. OSNOVNI PODACI</w:t>
            </w:r>
          </w:p>
        </w:tc>
      </w:tr>
    </w:tbl>
    <w:p w14:paraId="0ECC39F2" w14:textId="77777777" w:rsidR="0085573A" w:rsidRPr="00AF164A" w:rsidRDefault="0085573A">
      <w:pPr>
        <w:spacing w:after="0"/>
        <w:rPr>
          <w:lang w:val="hr-HR"/>
        </w:rPr>
      </w:pPr>
    </w:p>
    <w:p w14:paraId="4BD7ADE3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1. Mjesto prebivališta</w:t>
      </w:r>
    </w:p>
    <w:p w14:paraId="2C36C76A" w14:textId="4039F2A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73766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Supetar</w:t>
      </w:r>
    </w:p>
    <w:p w14:paraId="4C8D0134" w14:textId="4DF5CB5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63138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Splitska</w:t>
      </w:r>
    </w:p>
    <w:p w14:paraId="5873FD9C" w14:textId="18F167D0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845628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</w:t>
      </w:r>
      <w:proofErr w:type="spellStart"/>
      <w:r w:rsidR="00752C2A" w:rsidRPr="00AF164A">
        <w:rPr>
          <w:lang w:val="hr-HR"/>
        </w:rPr>
        <w:t>Mirca</w:t>
      </w:r>
      <w:proofErr w:type="spellEnd"/>
    </w:p>
    <w:p w14:paraId="74D51BB7" w14:textId="2659800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268474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Škrip</w:t>
      </w:r>
    </w:p>
    <w:p w14:paraId="2E9537B7" w14:textId="3A773A6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930972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drugo područje otoka Brača</w:t>
      </w:r>
    </w:p>
    <w:p w14:paraId="2D872140" w14:textId="4E28345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481847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ostalo: ______________________________</w:t>
      </w:r>
    </w:p>
    <w:p w14:paraId="34136FD0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2. Dob</w:t>
      </w:r>
    </w:p>
    <w:p w14:paraId="68B5570D" w14:textId="475E398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49211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18 - 24 godine</w:t>
      </w:r>
    </w:p>
    <w:p w14:paraId="0FD97B6C" w14:textId="29674F0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36065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25 - 34 godine</w:t>
      </w:r>
    </w:p>
    <w:p w14:paraId="25608EB7" w14:textId="34ED769B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155221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35 - 44 godine</w:t>
      </w:r>
    </w:p>
    <w:p w14:paraId="044FC9F7" w14:textId="39CF77D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491688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45 - 54 godine</w:t>
      </w:r>
    </w:p>
    <w:p w14:paraId="0403C726" w14:textId="696F961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838688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55 - 64 godine</w:t>
      </w:r>
    </w:p>
    <w:p w14:paraId="1FFBBC0C" w14:textId="1D7E21AC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51233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65 i više godina</w:t>
      </w:r>
    </w:p>
    <w:p w14:paraId="1769D787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3. Najviši završeni stupanj obrazovanja</w:t>
      </w:r>
    </w:p>
    <w:p w14:paraId="527E0E3D" w14:textId="5AB33E2D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226061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osnovnoškolsko obrazovanje</w:t>
      </w:r>
    </w:p>
    <w:p w14:paraId="48F51CD7" w14:textId="27B9C3C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63568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srednjoškolsko obrazovanje</w:t>
      </w:r>
    </w:p>
    <w:p w14:paraId="7E604668" w14:textId="4D852ADA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2054344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viša stručna sprema / stručni prijediplomski studij</w:t>
      </w:r>
    </w:p>
    <w:p w14:paraId="4E7A0FF9" w14:textId="3F24DE9B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298835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visoka stručna sprema / diplomski studij</w:t>
      </w:r>
    </w:p>
    <w:p w14:paraId="3BC3979A" w14:textId="410F293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361200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poslijediplomski studij</w:t>
      </w:r>
    </w:p>
    <w:p w14:paraId="599BC81C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4. Obiteljski status</w:t>
      </w:r>
    </w:p>
    <w:p w14:paraId="4858B9DB" w14:textId="4E9776F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721321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samac/samica</w:t>
      </w:r>
    </w:p>
    <w:p w14:paraId="0EDEDEAD" w14:textId="5BA01B8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055236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bračna zajednica</w:t>
      </w:r>
    </w:p>
    <w:p w14:paraId="17115DB4" w14:textId="12294BA0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800413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izvanbračna odnosno životna zajednica</w:t>
      </w:r>
    </w:p>
    <w:p w14:paraId="1044877A" w14:textId="20B8560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79020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samohrani roditelj / </w:t>
      </w:r>
      <w:proofErr w:type="spellStart"/>
      <w:r w:rsidR="00752C2A" w:rsidRPr="00AF164A">
        <w:rPr>
          <w:lang w:val="hr-HR"/>
        </w:rPr>
        <w:t>jednoroditeljska</w:t>
      </w:r>
      <w:proofErr w:type="spellEnd"/>
      <w:r w:rsidR="00752C2A" w:rsidRPr="00AF164A">
        <w:rPr>
          <w:lang w:val="hr-HR"/>
        </w:rPr>
        <w:t xml:space="preserve"> obitelj</w:t>
      </w:r>
    </w:p>
    <w:p w14:paraId="300E18EE" w14:textId="7BCBBEF0" w:rsidR="0085573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613325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ostalo</w:t>
      </w:r>
    </w:p>
    <w:p w14:paraId="368137D5" w14:textId="77777777" w:rsidR="00024830" w:rsidRPr="00AF164A" w:rsidRDefault="00024830">
      <w:pPr>
        <w:spacing w:after="40"/>
        <w:ind w:left="198"/>
        <w:rPr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6"/>
      </w:tblGrid>
      <w:tr w:rsidR="0085573A" w:rsidRPr="00024830" w14:paraId="38A09896" w14:textId="77777777">
        <w:trPr>
          <w:jc w:val="center"/>
        </w:trPr>
        <w:tc>
          <w:tcPr>
            <w:tcW w:w="9866" w:type="dxa"/>
            <w:shd w:val="clear" w:color="auto" w:fill="D9EA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7DF327C" w14:textId="77777777" w:rsidR="0085573A" w:rsidRPr="00AF164A" w:rsidRDefault="00000000">
            <w:pPr>
              <w:rPr>
                <w:lang w:val="hr-HR"/>
              </w:rPr>
            </w:pPr>
            <w:r w:rsidRPr="00AF164A">
              <w:rPr>
                <w:b/>
                <w:color w:val="1F4E79"/>
                <w:sz w:val="22"/>
                <w:lang w:val="hr-HR"/>
              </w:rPr>
              <w:t>B. RADNI I STAMBENI STATUS</w:t>
            </w:r>
          </w:p>
        </w:tc>
      </w:tr>
    </w:tbl>
    <w:p w14:paraId="040A8EA8" w14:textId="77777777" w:rsidR="0085573A" w:rsidRPr="00AF164A" w:rsidRDefault="0085573A">
      <w:pPr>
        <w:spacing w:after="0"/>
        <w:rPr>
          <w:lang w:val="hr-HR"/>
        </w:rPr>
      </w:pPr>
    </w:p>
    <w:p w14:paraId="240F868B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5. Radni status</w:t>
      </w:r>
    </w:p>
    <w:p w14:paraId="02A94F3A" w14:textId="3792445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2094192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zaposlen/a na neodređeno vrijeme u javnom sektoru</w:t>
      </w:r>
    </w:p>
    <w:p w14:paraId="3451178C" w14:textId="190B4ECC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23298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zaposlen/a na neodređeno vrijeme u privatnom sektoru</w:t>
      </w:r>
    </w:p>
    <w:p w14:paraId="26012789" w14:textId="19C66FB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706910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zaposlen/a na određeno vrijeme</w:t>
      </w:r>
    </w:p>
    <w:p w14:paraId="15567CCD" w14:textId="05FA959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496954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samozaposlen/a</w:t>
      </w:r>
    </w:p>
    <w:p w14:paraId="31FE89A2" w14:textId="40CBB65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44860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nezaposlen/a</w:t>
      </w:r>
    </w:p>
    <w:p w14:paraId="0CF2D86F" w14:textId="3C07FAF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79037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umirovljenik/</w:t>
      </w:r>
      <w:proofErr w:type="spellStart"/>
      <w:r w:rsidR="00752C2A" w:rsidRPr="00AF164A">
        <w:rPr>
          <w:lang w:val="hr-HR"/>
        </w:rPr>
        <w:t>ca</w:t>
      </w:r>
      <w:proofErr w:type="spellEnd"/>
    </w:p>
    <w:p w14:paraId="5B65BFDD" w14:textId="4DA3588D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947039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student/</w:t>
      </w:r>
      <w:proofErr w:type="spellStart"/>
      <w:r w:rsidR="00752C2A" w:rsidRPr="00AF164A">
        <w:rPr>
          <w:lang w:val="hr-HR"/>
        </w:rPr>
        <w:t>ica</w:t>
      </w:r>
      <w:proofErr w:type="spellEnd"/>
    </w:p>
    <w:p w14:paraId="697E5B32" w14:textId="38A7AA0D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54197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ostalo</w:t>
      </w:r>
    </w:p>
    <w:p w14:paraId="2F7D8C2B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6. Područje zaposlenja / zanimanje</w:t>
      </w:r>
    </w:p>
    <w:p w14:paraId="7E7722E3" w14:textId="6D5D1F5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845590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zdravstvo</w:t>
      </w:r>
    </w:p>
    <w:p w14:paraId="3B82536E" w14:textId="4EDFAFDC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920610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odgoj i obrazovanje</w:t>
      </w:r>
    </w:p>
    <w:p w14:paraId="11C76B45" w14:textId="261AAC02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77809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socijalna skrb</w:t>
      </w:r>
    </w:p>
    <w:p w14:paraId="2A6AF469" w14:textId="5CBE5466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777212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javna uprava i druge javne službe</w:t>
      </w:r>
    </w:p>
    <w:p w14:paraId="642F186A" w14:textId="2125F98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324241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turizam i ugostiteljstvo</w:t>
      </w:r>
    </w:p>
    <w:p w14:paraId="7DC88427" w14:textId="70F5D4DB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928260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trgovina i uslužne djelatnosti</w:t>
      </w:r>
    </w:p>
    <w:p w14:paraId="1082D0B8" w14:textId="2EF64ED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67133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građevinarstvo i tehnička zanimanja</w:t>
      </w:r>
    </w:p>
    <w:p w14:paraId="058DE2C3" w14:textId="687FA68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77683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drugo: ______________________________</w:t>
      </w:r>
    </w:p>
    <w:p w14:paraId="2F4103FF" w14:textId="3327DD0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55395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nije primjenjivo</w:t>
      </w:r>
    </w:p>
    <w:p w14:paraId="6C43071B" w14:textId="77777777" w:rsidR="0085573A" w:rsidRPr="00AF164A" w:rsidRDefault="00000000">
      <w:pPr>
        <w:ind w:left="198"/>
        <w:rPr>
          <w:lang w:val="hr-HR"/>
        </w:rPr>
      </w:pPr>
      <w:r w:rsidRPr="00AF164A">
        <w:rPr>
          <w:sz w:val="20"/>
          <w:lang w:val="hr-HR"/>
        </w:rPr>
        <w:t>Zanimanje / radno mjesto (nije obvezno navesti): ____________________________________________</w:t>
      </w:r>
    </w:p>
    <w:p w14:paraId="62747CDC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7. Mjesto rada</w:t>
      </w:r>
    </w:p>
    <w:p w14:paraId="29E6ED0C" w14:textId="0ED407E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360011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Grad Supetar</w:t>
      </w:r>
    </w:p>
    <w:p w14:paraId="1B20B922" w14:textId="735F5CF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502780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drugo mjesto na otoku Braču</w:t>
      </w:r>
    </w:p>
    <w:p w14:paraId="516B03AD" w14:textId="08BE7F6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986664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Split / područje Splitsko-dalmatinske županije izvan otoka Brača</w:t>
      </w:r>
    </w:p>
    <w:p w14:paraId="1178D1C7" w14:textId="65B3BDB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917432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ostalo</w:t>
      </w:r>
    </w:p>
    <w:p w14:paraId="63146F2C" w14:textId="345413B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241875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nije primjenjivo</w:t>
      </w:r>
    </w:p>
    <w:p w14:paraId="21F9C773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 xml:space="preserve">8. Ako trenutačno ne živite na području Grada Supetra, bi li Vam mogućnost dugoročnog </w:t>
      </w:r>
      <w:proofErr w:type="spellStart"/>
      <w:r w:rsidRPr="00AF164A">
        <w:rPr>
          <w:b/>
          <w:color w:val="1F4E79"/>
          <w:lang w:val="hr-HR"/>
        </w:rPr>
        <w:t>priuštivog</w:t>
      </w:r>
      <w:proofErr w:type="spellEnd"/>
      <w:r w:rsidRPr="00AF164A">
        <w:rPr>
          <w:b/>
          <w:color w:val="1F4E79"/>
          <w:lang w:val="hr-HR"/>
        </w:rPr>
        <w:t xml:space="preserve"> najma bila jedan od razloga za doseljenje i/ili prihvaćanje zaposlenja na području Grada Supetra?</w:t>
      </w:r>
    </w:p>
    <w:p w14:paraId="06653FCD" w14:textId="3F3E5CA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822930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da</w:t>
      </w:r>
    </w:p>
    <w:p w14:paraId="754D57B6" w14:textId="128E224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64463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možda</w:t>
      </w:r>
    </w:p>
    <w:p w14:paraId="332AE2D2" w14:textId="2E88702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291474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ne</w:t>
      </w:r>
    </w:p>
    <w:p w14:paraId="0F4C55F4" w14:textId="40068CB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691305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već živim na području Grada Supetra</w:t>
      </w:r>
    </w:p>
    <w:p w14:paraId="7E8A25F0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9. Sadašnji stambeni status</w:t>
      </w:r>
    </w:p>
    <w:p w14:paraId="14DE6027" w14:textId="785242F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450248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najmoprimac/podstanar po tržišno ugovorenoj najamnini</w:t>
      </w:r>
    </w:p>
    <w:p w14:paraId="321B644D" w14:textId="4AFAB9E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271245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najmoprimac po drugoj osnovi</w:t>
      </w:r>
    </w:p>
    <w:p w14:paraId="5FE3B749" w14:textId="075D01D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97853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živim kod roditelja, rodbine ili druge osobe</w:t>
      </w:r>
    </w:p>
    <w:p w14:paraId="3DFB5924" w14:textId="4CD018C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460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živim u vlastitom stanu ili kući</w:t>
      </w:r>
    </w:p>
    <w:p w14:paraId="6E9789F3" w14:textId="04B6F6D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809216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privremeni smještaj / smještaj vezan uz zaposlenje</w:t>
      </w:r>
    </w:p>
    <w:p w14:paraId="4694213E" w14:textId="62C46F5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24858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ostalo: ______________________________</w:t>
      </w:r>
    </w:p>
    <w:p w14:paraId="3BCC2C01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10. Imate li Vi ili član Vašeg kućanstva u vlasništvu ili suvlasništvu stan ili kuću koja se može koristiti za trajno rješavanje Vašeg stambenog pitanja?</w:t>
      </w:r>
    </w:p>
    <w:p w14:paraId="22C0EC18" w14:textId="50F8C1A2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239294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ne</w:t>
      </w:r>
    </w:p>
    <w:p w14:paraId="5E2E245E" w14:textId="07D2AF2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464427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da</w:t>
      </w:r>
    </w:p>
    <w:p w14:paraId="2B360736" w14:textId="6B3B1229" w:rsidR="0085573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898626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2C2A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imamo nekretninu u vlasništvu/suvlasništvu, ali njome nije moguće odgovarajuće riješiti stambeno pitanje</w:t>
      </w:r>
    </w:p>
    <w:p w14:paraId="5963EFFE" w14:textId="77777777" w:rsidR="00024830" w:rsidRDefault="00024830">
      <w:pPr>
        <w:spacing w:after="40"/>
        <w:ind w:left="198"/>
        <w:rPr>
          <w:lang w:val="hr-HR"/>
        </w:rPr>
      </w:pPr>
    </w:p>
    <w:p w14:paraId="547D8477" w14:textId="77777777" w:rsidR="00024830" w:rsidRPr="00AF164A" w:rsidRDefault="00024830">
      <w:pPr>
        <w:spacing w:after="40"/>
        <w:ind w:left="198"/>
        <w:rPr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6"/>
      </w:tblGrid>
      <w:tr w:rsidR="0085573A" w:rsidRPr="00024830" w14:paraId="14C640D2" w14:textId="77777777">
        <w:trPr>
          <w:jc w:val="center"/>
        </w:trPr>
        <w:tc>
          <w:tcPr>
            <w:tcW w:w="9866" w:type="dxa"/>
            <w:shd w:val="clear" w:color="auto" w:fill="D9EA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2BF6D05" w14:textId="77777777" w:rsidR="0085573A" w:rsidRPr="00AF164A" w:rsidRDefault="00000000">
            <w:pPr>
              <w:rPr>
                <w:lang w:val="hr-HR"/>
              </w:rPr>
            </w:pPr>
            <w:r w:rsidRPr="00AF164A">
              <w:rPr>
                <w:b/>
                <w:color w:val="1F4E79"/>
                <w:sz w:val="22"/>
                <w:lang w:val="hr-HR"/>
              </w:rPr>
              <w:lastRenderedPageBreak/>
              <w:t>C. POTREBE KUĆANSTVA I STANA</w:t>
            </w:r>
          </w:p>
        </w:tc>
      </w:tr>
    </w:tbl>
    <w:p w14:paraId="14B17043" w14:textId="77777777" w:rsidR="0085573A" w:rsidRPr="00AF164A" w:rsidRDefault="0085573A">
      <w:pPr>
        <w:spacing w:after="0"/>
        <w:rPr>
          <w:lang w:val="hr-HR"/>
        </w:rPr>
      </w:pPr>
    </w:p>
    <w:p w14:paraId="762C881D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11. Broj članova kućanstva za koje bi se rješavalo stambeno pitanje</w:t>
      </w:r>
    </w:p>
    <w:p w14:paraId="256EAF35" w14:textId="41C2823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469514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1</w:t>
      </w:r>
    </w:p>
    <w:p w14:paraId="224442AC" w14:textId="1AD40FE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09559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2</w:t>
      </w:r>
    </w:p>
    <w:p w14:paraId="2FBE7FBA" w14:textId="7FA00BBA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461690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3</w:t>
      </w:r>
    </w:p>
    <w:p w14:paraId="3A36C1BC" w14:textId="30B4013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587770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4</w:t>
      </w:r>
    </w:p>
    <w:p w14:paraId="61B327DB" w14:textId="18944BC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056128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5</w:t>
      </w:r>
    </w:p>
    <w:p w14:paraId="310CDF3E" w14:textId="3BB4A84A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88024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752C2A" w:rsidRPr="00AF164A">
        <w:rPr>
          <w:lang w:val="hr-HR"/>
        </w:rPr>
        <w:t xml:space="preserve"> 6 i više</w:t>
      </w:r>
    </w:p>
    <w:p w14:paraId="55DD0977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12. Broj maloljetne djece i djece na redovitom školovanju u kućanstvu</w:t>
      </w:r>
    </w:p>
    <w:p w14:paraId="1BC10010" w14:textId="289CB5E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13957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0</w:t>
      </w:r>
    </w:p>
    <w:p w14:paraId="562C1385" w14:textId="4B7D74DD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221052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1</w:t>
      </w:r>
    </w:p>
    <w:p w14:paraId="73F5A783" w14:textId="40004F0B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27165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2</w:t>
      </w:r>
    </w:p>
    <w:p w14:paraId="32283065" w14:textId="02E7616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841609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3</w:t>
      </w:r>
    </w:p>
    <w:p w14:paraId="4AD56A6F" w14:textId="09798CA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67751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4 i više</w:t>
      </w:r>
    </w:p>
    <w:p w14:paraId="7860F2B2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13. Potrebna površina stana</w:t>
      </w:r>
    </w:p>
    <w:p w14:paraId="3A4B96B8" w14:textId="29F98E8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774523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do 35 m²</w:t>
      </w:r>
    </w:p>
    <w:p w14:paraId="00E1D4A8" w14:textId="6C8AFF4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8021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više od 35 do 45 m²</w:t>
      </w:r>
    </w:p>
    <w:p w14:paraId="72A7F344" w14:textId="180B3B8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102374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više od 45 do 55 m²</w:t>
      </w:r>
    </w:p>
    <w:p w14:paraId="302C676C" w14:textId="0A7AE11A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2022887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više od 55 do 65 m²</w:t>
      </w:r>
    </w:p>
    <w:p w14:paraId="32887905" w14:textId="3AE02A90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26682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više od 65 m²</w:t>
      </w:r>
    </w:p>
    <w:p w14:paraId="3897860A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14. Potreban broj soba</w:t>
      </w:r>
    </w:p>
    <w:p w14:paraId="27FE0394" w14:textId="271FC0E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362521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garsonijera</w:t>
      </w:r>
    </w:p>
    <w:p w14:paraId="56DC055A" w14:textId="1AC40FB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931280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jednosobni stan</w:t>
      </w:r>
    </w:p>
    <w:p w14:paraId="51C63D90" w14:textId="52C01B30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480078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dvosobni stan</w:t>
      </w:r>
    </w:p>
    <w:p w14:paraId="3D349E6C" w14:textId="5C8C2A0D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46890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trosobni stan</w:t>
      </w:r>
    </w:p>
    <w:p w14:paraId="26AE584C" w14:textId="1DA2B2EF" w:rsidR="0085573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886216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četverosobni ili veći stan</w:t>
      </w:r>
    </w:p>
    <w:p w14:paraId="7EB44C47" w14:textId="77777777" w:rsidR="00024830" w:rsidRPr="00AF164A" w:rsidRDefault="00024830">
      <w:pPr>
        <w:spacing w:after="40"/>
        <w:ind w:left="198"/>
        <w:rPr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6"/>
      </w:tblGrid>
      <w:tr w:rsidR="0085573A" w:rsidRPr="00024830" w14:paraId="475A0B08" w14:textId="77777777">
        <w:trPr>
          <w:jc w:val="center"/>
        </w:trPr>
        <w:tc>
          <w:tcPr>
            <w:tcW w:w="9866" w:type="dxa"/>
            <w:shd w:val="clear" w:color="auto" w:fill="D9EA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97E24E5" w14:textId="77777777" w:rsidR="0085573A" w:rsidRPr="00AF164A" w:rsidRDefault="00000000">
            <w:pPr>
              <w:rPr>
                <w:lang w:val="hr-HR"/>
              </w:rPr>
            </w:pPr>
            <w:r w:rsidRPr="00AF164A">
              <w:rPr>
                <w:b/>
                <w:color w:val="1F4E79"/>
                <w:sz w:val="22"/>
                <w:lang w:val="hr-HR"/>
              </w:rPr>
              <w:t>D. FINANCIJSKE MOGUĆNOSTI I INTERES</w:t>
            </w:r>
          </w:p>
        </w:tc>
      </w:tr>
    </w:tbl>
    <w:p w14:paraId="64660154" w14:textId="77777777" w:rsidR="0085573A" w:rsidRPr="00AF164A" w:rsidRDefault="0085573A">
      <w:pPr>
        <w:spacing w:after="0"/>
        <w:rPr>
          <w:lang w:val="hr-HR"/>
        </w:rPr>
      </w:pPr>
    </w:p>
    <w:p w14:paraId="384DE209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15. Ukupna prosječna mjesečna neto primanja kućanstva</w:t>
      </w:r>
    </w:p>
    <w:p w14:paraId="1EE54A0A" w14:textId="727A7C7B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91808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do 1.000 EUR</w:t>
      </w:r>
    </w:p>
    <w:p w14:paraId="5D562225" w14:textId="71DEFCA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244076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1.001 do 1.500 EUR</w:t>
      </w:r>
    </w:p>
    <w:p w14:paraId="4C68CE57" w14:textId="1894E3E4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254589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1.501 do 2.000 EUR</w:t>
      </w:r>
    </w:p>
    <w:p w14:paraId="6BC0C4D5" w14:textId="0667F950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03625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2.001 do 2.500 EUR</w:t>
      </w:r>
    </w:p>
    <w:p w14:paraId="5D4C086D" w14:textId="2E4C555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25862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2.501 do 3.000 EUR</w:t>
      </w:r>
    </w:p>
    <w:p w14:paraId="48EC30E9" w14:textId="5DF4D032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908033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više od 3.000 EUR</w:t>
      </w:r>
    </w:p>
    <w:p w14:paraId="281D4964" w14:textId="2E24E80A" w:rsidR="0085573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348461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ne želim odgovoriti</w:t>
      </w:r>
    </w:p>
    <w:p w14:paraId="41A3E001" w14:textId="77777777" w:rsidR="00024830" w:rsidRPr="00AF164A" w:rsidRDefault="00024830">
      <w:pPr>
        <w:spacing w:after="40"/>
        <w:ind w:left="198"/>
        <w:rPr>
          <w:lang w:val="hr-HR"/>
        </w:rPr>
      </w:pPr>
    </w:p>
    <w:p w14:paraId="069546A4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lastRenderedPageBreak/>
        <w:t>16. Koji bi iznos mjesečne najamnine, bez režijskih troškova, bio prihvatljiv za Vaše kućanstvo?</w:t>
      </w:r>
    </w:p>
    <w:p w14:paraId="27C3B5BB" w14:textId="28394212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312014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do 300 EUR</w:t>
      </w:r>
    </w:p>
    <w:p w14:paraId="1A1F8A99" w14:textId="550D41D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484764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301 do 400 EUR</w:t>
      </w:r>
    </w:p>
    <w:p w14:paraId="4714C3E2" w14:textId="66DE2C5C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790939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401 do 500 EUR</w:t>
      </w:r>
    </w:p>
    <w:p w14:paraId="02AB86B4" w14:textId="08E807BD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741180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od 501 do 600 EUR</w:t>
      </w:r>
    </w:p>
    <w:p w14:paraId="095B5374" w14:textId="123BD427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283889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više od 600 EUR</w:t>
      </w:r>
    </w:p>
    <w:p w14:paraId="0F9D3521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 xml:space="preserve">17. Koliko ste zainteresirani za rješavanje stambenog pitanja kroz program dugoročnog </w:t>
      </w:r>
      <w:proofErr w:type="spellStart"/>
      <w:r w:rsidRPr="00AF164A">
        <w:rPr>
          <w:b/>
          <w:color w:val="1F4E79"/>
          <w:lang w:val="hr-HR"/>
        </w:rPr>
        <w:t>priuštivog</w:t>
      </w:r>
      <w:proofErr w:type="spellEnd"/>
      <w:r w:rsidRPr="00AF164A">
        <w:rPr>
          <w:b/>
          <w:color w:val="1F4E79"/>
          <w:lang w:val="hr-HR"/>
        </w:rPr>
        <w:t xml:space="preserve"> najma?</w:t>
      </w:r>
    </w:p>
    <w:p w14:paraId="1D0BEF00" w14:textId="5A694316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948744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vrlo zainteresiran/a - ozbiljno bih razmotrio/la najam stana ako budući uvjeti budu odgovarajući</w:t>
      </w:r>
    </w:p>
    <w:p w14:paraId="6DDC8A2F" w14:textId="08BE255C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361833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zainteresiran/a</w:t>
      </w:r>
    </w:p>
    <w:p w14:paraId="40AE1197" w14:textId="3DC68BB9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708188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trenutačno se samo informiram</w:t>
      </w:r>
    </w:p>
    <w:p w14:paraId="70E5AE49" w14:textId="4AD52B60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30695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nisam zainteresiran/a za model najma</w:t>
      </w:r>
    </w:p>
    <w:p w14:paraId="365C1DF5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18. Koliko Vam je važna lokacija budućeg stana unutar administrativnog područja Grada Supetra?</w:t>
      </w:r>
    </w:p>
    <w:p w14:paraId="06F6082A" w14:textId="003C29FE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572886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lokacija mi nije presudna</w:t>
      </w:r>
    </w:p>
    <w:p w14:paraId="27A3E3AA" w14:textId="36A318B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360471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preferiram naselje Supetar</w:t>
      </w:r>
    </w:p>
    <w:p w14:paraId="5561B145" w14:textId="119DB91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0936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preferiram </w:t>
      </w:r>
      <w:proofErr w:type="spellStart"/>
      <w:r w:rsidR="003D5871" w:rsidRPr="00AF164A">
        <w:rPr>
          <w:lang w:val="hr-HR"/>
        </w:rPr>
        <w:t>Mirca</w:t>
      </w:r>
      <w:proofErr w:type="spellEnd"/>
    </w:p>
    <w:p w14:paraId="1FDA8CF8" w14:textId="01CDECD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34899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preferiram Splitsku</w:t>
      </w:r>
    </w:p>
    <w:p w14:paraId="1E5EC4F6" w14:textId="14D752F1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2126732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preferiram Škrip</w:t>
      </w:r>
    </w:p>
    <w:p w14:paraId="34B6D40E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 xml:space="preserve">19. Biste li bili zainteresirani i za neki drugi model rješavanja stambenog pitanja ako bi se takav model provodio kroz buduće programe </w:t>
      </w:r>
      <w:proofErr w:type="spellStart"/>
      <w:r w:rsidRPr="00AF164A">
        <w:rPr>
          <w:b/>
          <w:color w:val="1F4E79"/>
          <w:lang w:val="hr-HR"/>
        </w:rPr>
        <w:t>priuštivog</w:t>
      </w:r>
      <w:proofErr w:type="spellEnd"/>
      <w:r w:rsidRPr="00AF164A">
        <w:rPr>
          <w:b/>
          <w:color w:val="1F4E79"/>
          <w:lang w:val="hr-HR"/>
        </w:rPr>
        <w:t xml:space="preserve"> stanovanja?</w:t>
      </w:r>
    </w:p>
    <w:p w14:paraId="64F1E9E3" w14:textId="54EC8C9F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19396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kupnja stana po </w:t>
      </w:r>
      <w:proofErr w:type="spellStart"/>
      <w:r w:rsidR="003D5871" w:rsidRPr="00AF164A">
        <w:rPr>
          <w:lang w:val="hr-HR"/>
        </w:rPr>
        <w:t>priuštivim</w:t>
      </w:r>
      <w:proofErr w:type="spellEnd"/>
      <w:r w:rsidR="003D5871" w:rsidRPr="00AF164A">
        <w:rPr>
          <w:lang w:val="hr-HR"/>
        </w:rPr>
        <w:t xml:space="preserve"> uvjetima</w:t>
      </w:r>
    </w:p>
    <w:p w14:paraId="2FA68A46" w14:textId="31C1420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383172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dugoročni </w:t>
      </w:r>
      <w:proofErr w:type="spellStart"/>
      <w:r w:rsidR="003D5871" w:rsidRPr="00AF164A">
        <w:rPr>
          <w:lang w:val="hr-HR"/>
        </w:rPr>
        <w:t>priuštivi</w:t>
      </w:r>
      <w:proofErr w:type="spellEnd"/>
      <w:r w:rsidR="003D5871" w:rsidRPr="00AF164A">
        <w:rPr>
          <w:lang w:val="hr-HR"/>
        </w:rPr>
        <w:t xml:space="preserve"> najam s mogućnošću kasnije kupnje, ako takav model bude predviđen</w:t>
      </w:r>
    </w:p>
    <w:p w14:paraId="23136CFC" w14:textId="607F9B46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28550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organizirana izgradnja obiteljske kuće / osiguranje zemljišta za gradnju</w:t>
      </w:r>
    </w:p>
    <w:p w14:paraId="3B48B2F3" w14:textId="0CC18133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1308737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isključivo dugoročni </w:t>
      </w:r>
      <w:proofErr w:type="spellStart"/>
      <w:r w:rsidR="003D5871" w:rsidRPr="00AF164A">
        <w:rPr>
          <w:lang w:val="hr-HR"/>
        </w:rPr>
        <w:t>priuštivi</w:t>
      </w:r>
      <w:proofErr w:type="spellEnd"/>
      <w:r w:rsidR="003D5871" w:rsidRPr="00AF164A">
        <w:rPr>
          <w:lang w:val="hr-HR"/>
        </w:rPr>
        <w:t xml:space="preserve"> najam</w:t>
      </w:r>
    </w:p>
    <w:p w14:paraId="6F05DEFA" w14:textId="18A316E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151021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drugo: ______________________________</w:t>
      </w:r>
    </w:p>
    <w:p w14:paraId="4F4820B2" w14:textId="22C081E5" w:rsidR="0085573A" w:rsidRPr="00AF164A" w:rsidRDefault="00000000">
      <w:pPr>
        <w:spacing w:after="40"/>
        <w:ind w:left="198"/>
        <w:rPr>
          <w:lang w:val="hr-HR"/>
        </w:rPr>
      </w:pPr>
      <w:sdt>
        <w:sdtPr>
          <w:rPr>
            <w:rFonts w:ascii="Aptos" w:eastAsia="Aptos" w:hAnsi="Aptos" w:cs="Arial"/>
            <w:kern w:val="2"/>
            <w:sz w:val="22"/>
            <w:lang w:val="hr-HR"/>
            <w14:ligatures w14:val="standardContextual"/>
          </w:rPr>
          <w:id w:val="-396202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5871">
            <w:rPr>
              <w:rFonts w:ascii="MS Gothic" w:eastAsia="MS Gothic" w:hAnsi="MS Gothic" w:cs="Arial" w:hint="eastAsia"/>
              <w:kern w:val="2"/>
              <w:sz w:val="22"/>
              <w:lang w:val="hr-HR"/>
              <w14:ligatures w14:val="standardContextual"/>
            </w:rPr>
            <w:t>☐</w:t>
          </w:r>
        </w:sdtContent>
      </w:sdt>
      <w:r w:rsidR="003D5871" w:rsidRPr="00AF164A">
        <w:rPr>
          <w:lang w:val="hr-HR"/>
        </w:rPr>
        <w:t xml:space="preserve"> nisam zainteresiran/a za druge modele</w:t>
      </w:r>
    </w:p>
    <w:p w14:paraId="1D1B1A84" w14:textId="77777777" w:rsidR="0085573A" w:rsidRPr="00AF164A" w:rsidRDefault="00000000">
      <w:pPr>
        <w:keepNext/>
        <w:spacing w:before="160" w:after="60"/>
        <w:rPr>
          <w:lang w:val="hr-HR"/>
        </w:rPr>
      </w:pPr>
      <w:r w:rsidRPr="00AF164A">
        <w:rPr>
          <w:b/>
          <w:color w:val="1F4E79"/>
          <w:lang w:val="hr-HR"/>
        </w:rPr>
        <w:t>20. Dodatne napomene ili stambene potrebe koje smatrate važnima</w:t>
      </w:r>
    </w:p>
    <w:p w14:paraId="33D5093A" w14:textId="77777777" w:rsidR="0085573A" w:rsidRPr="00AF164A" w:rsidRDefault="00000000">
      <w:pPr>
        <w:spacing w:after="40"/>
        <w:rPr>
          <w:lang w:val="hr-HR"/>
        </w:rPr>
      </w:pPr>
      <w:r w:rsidRPr="00AF164A">
        <w:rPr>
          <w:sz w:val="20"/>
          <w:lang w:val="hr-HR"/>
        </w:rPr>
        <w:t>________________________________________________________________________________</w:t>
      </w:r>
    </w:p>
    <w:p w14:paraId="0ECFD6A8" w14:textId="77777777" w:rsidR="0085573A" w:rsidRPr="00AF164A" w:rsidRDefault="00000000">
      <w:pPr>
        <w:spacing w:after="40"/>
        <w:rPr>
          <w:lang w:val="hr-HR"/>
        </w:rPr>
      </w:pPr>
      <w:r w:rsidRPr="00AF164A">
        <w:rPr>
          <w:sz w:val="20"/>
          <w:lang w:val="hr-HR"/>
        </w:rPr>
        <w:t>________________________________________________________________________________</w:t>
      </w:r>
    </w:p>
    <w:p w14:paraId="566AA3AD" w14:textId="77777777" w:rsidR="0085573A" w:rsidRPr="00AF164A" w:rsidRDefault="00000000">
      <w:pPr>
        <w:spacing w:after="40"/>
        <w:rPr>
          <w:lang w:val="hr-HR"/>
        </w:rPr>
      </w:pPr>
      <w:r w:rsidRPr="00AF164A">
        <w:rPr>
          <w:sz w:val="20"/>
          <w:lang w:val="hr-HR"/>
        </w:rPr>
        <w:t>________________________________________________________________________________</w:t>
      </w:r>
    </w:p>
    <w:p w14:paraId="541609F9" w14:textId="77777777" w:rsidR="0085573A" w:rsidRPr="00AF164A" w:rsidRDefault="00000000">
      <w:pPr>
        <w:spacing w:after="40"/>
        <w:rPr>
          <w:lang w:val="hr-HR"/>
        </w:rPr>
      </w:pPr>
      <w:r w:rsidRPr="00AF164A">
        <w:rPr>
          <w:sz w:val="20"/>
          <w:lang w:val="hr-HR"/>
        </w:rPr>
        <w:t>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66"/>
      </w:tblGrid>
      <w:tr w:rsidR="0085573A" w:rsidRPr="00024830" w14:paraId="72CF8221" w14:textId="77777777">
        <w:trPr>
          <w:jc w:val="center"/>
        </w:trPr>
        <w:tc>
          <w:tcPr>
            <w:tcW w:w="9866" w:type="dxa"/>
            <w:shd w:val="clear" w:color="auto" w:fill="D9EAF7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C898566" w14:textId="77777777" w:rsidR="0085573A" w:rsidRPr="00AF164A" w:rsidRDefault="00000000">
            <w:pPr>
              <w:rPr>
                <w:lang w:val="hr-HR"/>
              </w:rPr>
            </w:pPr>
            <w:r w:rsidRPr="00AF164A">
              <w:rPr>
                <w:b/>
                <w:color w:val="1F4E79"/>
                <w:sz w:val="22"/>
                <w:lang w:val="hr-HR"/>
              </w:rPr>
              <w:t>NAPOMENA O SVRSI I ANONIMNOSTI ANKETE</w:t>
            </w:r>
          </w:p>
        </w:tc>
      </w:tr>
    </w:tbl>
    <w:p w14:paraId="1DC0115E" w14:textId="77777777" w:rsidR="0085573A" w:rsidRPr="00AF164A" w:rsidRDefault="0085573A">
      <w:pPr>
        <w:spacing w:after="0"/>
        <w:rPr>
          <w:lang w:val="hr-HR"/>
        </w:rPr>
      </w:pPr>
    </w:p>
    <w:p w14:paraId="6C6713D8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Ova anketa provodi se isključivo radi utvrđivanja stvarnih stambenih potreba, interesa i okvirnih financijskih mogućnosti potencijalnih korisnika programa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 te radi planiranja budućih aktivnosti Grada Supetra.</w:t>
      </w:r>
    </w:p>
    <w:p w14:paraId="4971375C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Sudjelovanje u anketi je dobrovoljno i anonimno. Odgovori će se obrađivati i analizirati isključivo u zbirnom obliku te se na temelju odgovora iz ovog upitnika neće odlučivati o budućim pravima pojedinih osoba na sudjelovanje u programu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stanovanja.</w:t>
      </w:r>
    </w:p>
    <w:p w14:paraId="1765A1DC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Ispunjavanje ankete ne predstavlja prijavu na program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stanovanja, ne stvara prednost pri eventualnoj budućoj dodjeli stana niti obvezuje ispitanika ili Grad Supetar na sudjelovanje u budućem programu.</w:t>
      </w:r>
    </w:p>
    <w:p w14:paraId="30FF3BCE" w14:textId="77777777" w:rsidR="0085573A" w:rsidRPr="00AF164A" w:rsidRDefault="00000000">
      <w:pPr>
        <w:jc w:val="both"/>
        <w:rPr>
          <w:lang w:val="hr-HR"/>
        </w:rPr>
      </w:pPr>
      <w:r w:rsidRPr="00AF164A">
        <w:rPr>
          <w:lang w:val="hr-HR"/>
        </w:rPr>
        <w:t xml:space="preserve">Rezultati ankete koristit će se kao podloga za daljnje planiranje programa </w:t>
      </w:r>
      <w:proofErr w:type="spellStart"/>
      <w:r w:rsidRPr="00AF164A">
        <w:rPr>
          <w:lang w:val="hr-HR"/>
        </w:rPr>
        <w:t>priuštivog</w:t>
      </w:r>
      <w:proofErr w:type="spellEnd"/>
      <w:r w:rsidRPr="00AF164A">
        <w:rPr>
          <w:lang w:val="hr-HR"/>
        </w:rPr>
        <w:t xml:space="preserve"> stanovanja na području Grada Supetra te će se zbirni rezultati, prema potrebi, dostaviti nadležnim državnim tijelima.</w:t>
      </w:r>
    </w:p>
    <w:sectPr w:rsidR="0085573A" w:rsidRPr="00AF164A" w:rsidSect="00034616">
      <w:footerReference w:type="default" r:id="rId8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C3FB5" w14:textId="77777777" w:rsidR="00931943" w:rsidRDefault="00931943">
      <w:pPr>
        <w:spacing w:after="0" w:line="240" w:lineRule="auto"/>
      </w:pPr>
      <w:r>
        <w:separator/>
      </w:r>
    </w:p>
  </w:endnote>
  <w:endnote w:type="continuationSeparator" w:id="0">
    <w:p w14:paraId="438A988C" w14:textId="77777777" w:rsidR="00931943" w:rsidRDefault="0093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BB44" w14:textId="77777777" w:rsidR="0085573A" w:rsidRDefault="00000000">
    <w:pPr>
      <w:pStyle w:val="Podnoje"/>
      <w:jc w:val="center"/>
    </w:pPr>
    <w:r>
      <w:rPr>
        <w:color w:val="646464"/>
        <w:sz w:val="16"/>
      </w:rPr>
      <w:t xml:space="preserve">Grad Supetar | </w:t>
    </w:r>
    <w:proofErr w:type="spellStart"/>
    <w:r>
      <w:rPr>
        <w:color w:val="646464"/>
        <w:sz w:val="16"/>
      </w:rPr>
      <w:t>Anketa</w:t>
    </w:r>
    <w:proofErr w:type="spellEnd"/>
    <w:r>
      <w:rPr>
        <w:color w:val="646464"/>
        <w:sz w:val="16"/>
      </w:rPr>
      <w:t xml:space="preserve"> - </w:t>
    </w:r>
    <w:proofErr w:type="spellStart"/>
    <w:r>
      <w:rPr>
        <w:color w:val="646464"/>
        <w:sz w:val="16"/>
      </w:rPr>
      <w:t>priuštivo</w:t>
    </w:r>
    <w:proofErr w:type="spellEnd"/>
    <w:r>
      <w:rPr>
        <w:color w:val="646464"/>
        <w:sz w:val="16"/>
      </w:rPr>
      <w:t xml:space="preserve"> stanovanje | </w:t>
    </w:r>
    <w:r>
      <w:rPr>
        <w:color w:val="646464"/>
        <w:sz w:val="16"/>
      </w:rPr>
      <w:fldChar w:fldCharType="begin"/>
    </w:r>
    <w:r>
      <w:rPr>
        <w:color w:val="646464"/>
        <w:sz w:val="16"/>
      </w:rPr>
      <w:instrText>PAGE</w:instrText>
    </w:r>
    <w:r>
      <w:rPr>
        <w:color w:val="646464"/>
        <w:sz w:val="16"/>
      </w:rPr>
      <w:fldChar w:fldCharType="separate"/>
    </w:r>
    <w:r w:rsidR="00E71478">
      <w:rPr>
        <w:noProof/>
        <w:color w:val="646464"/>
        <w:sz w:val="16"/>
      </w:rPr>
      <w:t>1</w:t>
    </w:r>
    <w:r>
      <w:rPr>
        <w:color w:val="646464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ECA7" w14:textId="77777777" w:rsidR="00931943" w:rsidRDefault="00931943">
      <w:pPr>
        <w:spacing w:after="0" w:line="240" w:lineRule="auto"/>
      </w:pPr>
      <w:r>
        <w:separator/>
      </w:r>
    </w:p>
  </w:footnote>
  <w:footnote w:type="continuationSeparator" w:id="0">
    <w:p w14:paraId="337C8B10" w14:textId="77777777" w:rsidR="00931943" w:rsidRDefault="00931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8436178">
    <w:abstractNumId w:val="8"/>
  </w:num>
  <w:num w:numId="2" w16cid:durableId="321856524">
    <w:abstractNumId w:val="6"/>
  </w:num>
  <w:num w:numId="3" w16cid:durableId="814881779">
    <w:abstractNumId w:val="5"/>
  </w:num>
  <w:num w:numId="4" w16cid:durableId="2065173005">
    <w:abstractNumId w:val="4"/>
  </w:num>
  <w:num w:numId="5" w16cid:durableId="51387699">
    <w:abstractNumId w:val="7"/>
  </w:num>
  <w:num w:numId="6" w16cid:durableId="356926552">
    <w:abstractNumId w:val="3"/>
  </w:num>
  <w:num w:numId="7" w16cid:durableId="1079398908">
    <w:abstractNumId w:val="2"/>
  </w:num>
  <w:num w:numId="8" w16cid:durableId="1483231863">
    <w:abstractNumId w:val="1"/>
  </w:num>
  <w:num w:numId="9" w16cid:durableId="110843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830"/>
    <w:rsid w:val="00034616"/>
    <w:rsid w:val="0006063C"/>
    <w:rsid w:val="000C3B54"/>
    <w:rsid w:val="0015074B"/>
    <w:rsid w:val="0029639D"/>
    <w:rsid w:val="00326F90"/>
    <w:rsid w:val="003A2395"/>
    <w:rsid w:val="003D5871"/>
    <w:rsid w:val="00594C4A"/>
    <w:rsid w:val="00752C2A"/>
    <w:rsid w:val="0085573A"/>
    <w:rsid w:val="008A6987"/>
    <w:rsid w:val="00931943"/>
    <w:rsid w:val="00AA1D8D"/>
    <w:rsid w:val="00AF164A"/>
    <w:rsid w:val="00B47730"/>
    <w:rsid w:val="00BA3820"/>
    <w:rsid w:val="00CB0664"/>
    <w:rsid w:val="00D41CBD"/>
    <w:rsid w:val="00E71478"/>
    <w:rsid w:val="00F034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46100"/>
  <w14:defaultImageDpi w14:val="300"/>
  <w15:docId w15:val="{366136F9-4666-47BB-B3FF-8FB63D80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zivnaslov">
    <w:name w:val="Poziv naslov"/>
    <w:pPr>
      <w:jc w:val="center"/>
    </w:pPr>
    <w:rPr>
      <w:rFonts w:ascii="Arial" w:hAnsi="Arial"/>
      <w:b/>
      <w:color w:val="1F4E79"/>
      <w:sz w:val="30"/>
    </w:rPr>
  </w:style>
  <w:style w:type="paragraph" w:customStyle="1" w:styleId="Podnaslov1">
    <w:name w:val="Podnaslov1"/>
    <w:pPr>
      <w:spacing w:before="160" w:after="100"/>
    </w:pPr>
    <w:rPr>
      <w:rFonts w:ascii="Arial" w:hAnsi="Arial"/>
      <w:b/>
      <w:color w:val="1F4E7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Javni poziv i anketni upitnik - priuštivo stanovanje - Grad Supetar</vt:lpstr>
      <vt:lpstr/>
    </vt:vector>
  </TitlesOfParts>
  <Manager/>
  <Company/>
  <LinksUpToDate>false</LinksUpToDate>
  <CharactersWithSpaces>7762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i anketni upitnik - priuštivo stanovanje - Grad Supetar</dc:title>
  <dc:subject>Anketa o zainteresiranosti za rješavanje stambenog pitanja kroz program priuštivog stanovanja</dc:subject>
  <dc:creator>Grad Supetar</dc:creator>
  <cp:keywords/>
  <dc:description>generated by python-docx</dc:description>
  <cp:lastModifiedBy>Grad Supetar</cp:lastModifiedBy>
  <cp:revision>6</cp:revision>
  <dcterms:created xsi:type="dcterms:W3CDTF">2026-09-04T08:42:00Z</dcterms:created>
  <dcterms:modified xsi:type="dcterms:W3CDTF">2026-09-04T12:16:00Z</dcterms:modified>
  <cp:category/>
</cp:coreProperties>
</file>